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EC30" w14:textId="65E0E040" w:rsidR="00085F40" w:rsidRPr="000B2B11" w:rsidRDefault="00697DA7" w:rsidP="009619B4">
      <w:pPr>
        <w:pStyle w:val="1"/>
        <w:jc w:val="center"/>
        <w:rPr>
          <w:color w:val="17365D" w:themeColor="text2" w:themeShade="BF"/>
          <w:sz w:val="36"/>
          <w:szCs w:val="36"/>
          <w:lang w:eastAsia="ja-JP"/>
        </w:rPr>
      </w:pPr>
      <w:r w:rsidRPr="000B2B11">
        <w:rPr>
          <w:rFonts w:ascii="BIZ UDPゴシック" w:eastAsia="BIZ UDPゴシック" w:hAnsi="BIZ UDPゴシック" w:hint="eastAsia"/>
          <w:color w:val="17365D" w:themeColor="text2" w:themeShade="BF"/>
          <w:lang w:eastAsia="ja-JP"/>
        </w:rPr>
        <w:t>西伊豆町＆松崎町</w:t>
      </w:r>
      <w:r w:rsidR="000B2B11" w:rsidRPr="000B2B11">
        <w:rPr>
          <w:rFonts w:ascii="BIZ UDPゴシック" w:eastAsia="BIZ UDPゴシック" w:hAnsi="BIZ UDPゴシック" w:hint="eastAsia"/>
          <w:color w:val="17365D" w:themeColor="text2" w:themeShade="BF"/>
          <w:lang w:eastAsia="ja-JP"/>
        </w:rPr>
        <w:t xml:space="preserve">　</w:t>
      </w:r>
      <w:r w:rsidR="00211BD2" w:rsidRPr="000B2B11">
        <w:rPr>
          <w:color w:val="17365D" w:themeColor="text2" w:themeShade="BF"/>
          <w:sz w:val="36"/>
          <w:szCs w:val="36"/>
          <w:lang w:eastAsia="ja-JP"/>
        </w:rPr>
        <w:t>事業計画作成セミナー＆交流会</w:t>
      </w:r>
      <w:r w:rsidR="000B2B11" w:rsidRPr="000B2B11">
        <w:rPr>
          <w:rFonts w:hint="eastAsia"/>
          <w:color w:val="17365D" w:themeColor="text2" w:themeShade="BF"/>
          <w:sz w:val="36"/>
          <w:szCs w:val="36"/>
          <w:lang w:eastAsia="ja-JP"/>
        </w:rPr>
        <w:t xml:space="preserve">　</w:t>
      </w:r>
    </w:p>
    <w:p w14:paraId="0CC67409" w14:textId="0DD1834B" w:rsidR="000B2B11" w:rsidRPr="000B2B11" w:rsidRDefault="000B2B11" w:rsidP="000B2B11">
      <w:pPr>
        <w:jc w:val="center"/>
        <w:rPr>
          <w:rFonts w:ascii="BIZ UDPゴシック" w:eastAsia="BIZ UDPゴシック" w:hAnsi="BIZ UDPゴシック" w:hint="eastAsia"/>
          <w:b/>
          <w:bCs/>
          <w:color w:val="17365D" w:themeColor="text2" w:themeShade="BF"/>
          <w:sz w:val="36"/>
          <w:szCs w:val="36"/>
          <w:lang w:eastAsia="ja-JP"/>
        </w:rPr>
      </w:pPr>
      <w:r w:rsidRPr="000B2B11">
        <w:rPr>
          <w:rFonts w:ascii="BIZ UDPゴシック" w:eastAsia="BIZ UDPゴシック" w:hAnsi="BIZ UDPゴシック" w:hint="eastAsia"/>
          <w:b/>
          <w:bCs/>
          <w:color w:val="17365D" w:themeColor="text2" w:themeShade="BF"/>
          <w:sz w:val="36"/>
          <w:szCs w:val="36"/>
          <w:lang w:eastAsia="ja-JP"/>
        </w:rPr>
        <w:t>参加者募集</w:t>
      </w:r>
    </w:p>
    <w:p w14:paraId="612322F4" w14:textId="77777777" w:rsidR="008E5D52" w:rsidRDefault="008E5D52">
      <w:pPr>
        <w:rPr>
          <w:lang w:eastAsia="ja-JP"/>
        </w:rPr>
      </w:pPr>
    </w:p>
    <w:p w14:paraId="78A2DA74" w14:textId="391E7960" w:rsidR="00085F40" w:rsidRPr="008E5D52" w:rsidRDefault="00211BD2">
      <w:pPr>
        <w:rPr>
          <w:lang w:eastAsia="ja-JP"/>
        </w:rPr>
      </w:pPr>
      <w:r w:rsidRPr="008E5D52">
        <w:rPr>
          <w:lang w:eastAsia="ja-JP"/>
        </w:rPr>
        <w:t xml:space="preserve"> </w:t>
      </w:r>
      <w:r w:rsidRPr="008E5D52">
        <w:rPr>
          <w:lang w:eastAsia="ja-JP"/>
        </w:rPr>
        <w:t>「いつかやってみたい」を「実現できる」に変えてみませんか？</w:t>
      </w:r>
      <w:r w:rsidRPr="008E5D52">
        <w:rPr>
          <w:lang w:eastAsia="ja-JP"/>
        </w:rPr>
        <w:br/>
      </w:r>
      <w:r w:rsidRPr="008E5D52">
        <w:rPr>
          <w:lang w:eastAsia="ja-JP"/>
        </w:rPr>
        <w:t>創業を考えている方、新しく事業を始めたばかりの方へ。</w:t>
      </w:r>
      <w:r w:rsidRPr="008E5D52">
        <w:rPr>
          <w:lang w:eastAsia="ja-JP"/>
        </w:rPr>
        <w:br/>
      </w:r>
      <w:r w:rsidRPr="008E5D52">
        <w:rPr>
          <w:lang w:eastAsia="ja-JP"/>
        </w:rPr>
        <w:t>事業計画づくりの基本、先輩経営者の体験談、交流会を通じて、新しい一歩を応援します。</w:t>
      </w:r>
    </w:p>
    <w:p w14:paraId="141F3B27" w14:textId="77777777" w:rsidR="000B1F09" w:rsidRDefault="000B1F09">
      <w:pPr>
        <w:pStyle w:val="21"/>
        <w:rPr>
          <w:color w:val="auto"/>
          <w:lang w:eastAsia="ja-JP"/>
        </w:rPr>
      </w:pPr>
    </w:p>
    <w:p w14:paraId="1AA39F6F" w14:textId="6DF2BBE5" w:rsidR="00085F40" w:rsidRPr="008E5D52" w:rsidRDefault="00211BD2">
      <w:pPr>
        <w:pStyle w:val="21"/>
        <w:rPr>
          <w:color w:val="auto"/>
        </w:rPr>
      </w:pPr>
      <w:proofErr w:type="spellStart"/>
      <w:r w:rsidRPr="008E5D52">
        <w:rPr>
          <w:color w:val="auto"/>
        </w:rPr>
        <w:t>開催概要</w:t>
      </w:r>
      <w:proofErr w:type="spellEnd"/>
    </w:p>
    <w:p w14:paraId="12283294" w14:textId="56F51C73" w:rsidR="00085F40" w:rsidRPr="000B2B11" w:rsidRDefault="00211BD2">
      <w:pPr>
        <w:pStyle w:val="a0"/>
        <w:rPr>
          <w:color w:val="17365D" w:themeColor="text2" w:themeShade="BF"/>
          <w:sz w:val="24"/>
          <w:szCs w:val="24"/>
        </w:rPr>
      </w:pPr>
      <w:proofErr w:type="spellStart"/>
      <w:r w:rsidRPr="000B2B11">
        <w:rPr>
          <w:color w:val="17365D" w:themeColor="text2" w:themeShade="BF"/>
          <w:sz w:val="24"/>
          <w:szCs w:val="24"/>
        </w:rPr>
        <w:t>日時：令和</w:t>
      </w:r>
      <w:proofErr w:type="spellEnd"/>
      <w:r w:rsidR="00F063F3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８</w:t>
      </w:r>
      <w:r w:rsidRPr="000B2B11">
        <w:rPr>
          <w:color w:val="17365D" w:themeColor="text2" w:themeShade="BF"/>
          <w:sz w:val="24"/>
          <w:szCs w:val="24"/>
        </w:rPr>
        <w:t>年</w:t>
      </w:r>
      <w:r w:rsidR="00F063F3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１０</w:t>
      </w:r>
      <w:r w:rsidRPr="000B2B11">
        <w:rPr>
          <w:color w:val="17365D" w:themeColor="text2" w:themeShade="BF"/>
          <w:sz w:val="24"/>
          <w:szCs w:val="24"/>
        </w:rPr>
        <w:t>月</w:t>
      </w:r>
      <w:r w:rsidR="00F063F3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１４</w:t>
      </w:r>
      <w:r w:rsidRPr="000B2B11">
        <w:rPr>
          <w:color w:val="17365D" w:themeColor="text2" w:themeShade="BF"/>
          <w:sz w:val="24"/>
          <w:szCs w:val="24"/>
        </w:rPr>
        <w:t>日（</w:t>
      </w:r>
      <w:r w:rsidR="00F063F3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水</w:t>
      </w:r>
      <w:r w:rsidRPr="000B2B11">
        <w:rPr>
          <w:color w:val="17365D" w:themeColor="text2" w:themeShade="BF"/>
          <w:sz w:val="24"/>
          <w:szCs w:val="24"/>
        </w:rPr>
        <w:t>）</w:t>
      </w:r>
      <w:r w:rsidR="00F063F3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１９時～２１時</w:t>
      </w:r>
    </w:p>
    <w:p w14:paraId="2B2915A8" w14:textId="77777777" w:rsidR="00085F40" w:rsidRPr="000B2B11" w:rsidRDefault="00211BD2">
      <w:pPr>
        <w:pStyle w:val="a0"/>
        <w:rPr>
          <w:color w:val="17365D" w:themeColor="text2" w:themeShade="BF"/>
          <w:sz w:val="24"/>
          <w:szCs w:val="24"/>
        </w:rPr>
      </w:pPr>
      <w:proofErr w:type="spellStart"/>
      <w:r w:rsidRPr="000B2B11">
        <w:rPr>
          <w:color w:val="17365D" w:themeColor="text2" w:themeShade="BF"/>
          <w:sz w:val="24"/>
          <w:szCs w:val="24"/>
        </w:rPr>
        <w:t>会場：西伊豆町商工会館</w:t>
      </w:r>
      <w:proofErr w:type="spellEnd"/>
      <w:r w:rsidRPr="000B2B11">
        <w:rPr>
          <w:color w:val="17365D" w:themeColor="text2" w:themeShade="BF"/>
          <w:sz w:val="24"/>
          <w:szCs w:val="24"/>
        </w:rPr>
        <w:t xml:space="preserve"> 3</w:t>
      </w:r>
      <w:r w:rsidRPr="000B2B11">
        <w:rPr>
          <w:color w:val="17365D" w:themeColor="text2" w:themeShade="BF"/>
          <w:sz w:val="24"/>
          <w:szCs w:val="24"/>
        </w:rPr>
        <w:t>階</w:t>
      </w:r>
      <w:r w:rsidRPr="000B2B11">
        <w:rPr>
          <w:color w:val="17365D" w:themeColor="text2" w:themeShade="BF"/>
          <w:sz w:val="24"/>
          <w:szCs w:val="24"/>
        </w:rPr>
        <w:t xml:space="preserve"> </w:t>
      </w:r>
      <w:proofErr w:type="spellStart"/>
      <w:r w:rsidRPr="000B2B11">
        <w:rPr>
          <w:color w:val="17365D" w:themeColor="text2" w:themeShade="BF"/>
          <w:sz w:val="24"/>
          <w:szCs w:val="24"/>
        </w:rPr>
        <w:t>大会議室</w:t>
      </w:r>
      <w:proofErr w:type="spellEnd"/>
    </w:p>
    <w:p w14:paraId="6230A938" w14:textId="77777777" w:rsidR="00085F40" w:rsidRPr="000B2B11" w:rsidRDefault="00211BD2">
      <w:pPr>
        <w:pStyle w:val="a0"/>
        <w:rPr>
          <w:color w:val="17365D" w:themeColor="text2" w:themeShade="BF"/>
          <w:sz w:val="24"/>
          <w:szCs w:val="24"/>
        </w:rPr>
      </w:pPr>
      <w:proofErr w:type="spellStart"/>
      <w:r w:rsidRPr="000B2B11">
        <w:rPr>
          <w:color w:val="17365D" w:themeColor="text2" w:themeShade="BF"/>
          <w:sz w:val="24"/>
          <w:szCs w:val="24"/>
        </w:rPr>
        <w:t>講師：三島信用金庫</w:t>
      </w:r>
      <w:proofErr w:type="spellEnd"/>
      <w:r w:rsidRPr="000B2B11">
        <w:rPr>
          <w:color w:val="17365D" w:themeColor="text2" w:themeShade="BF"/>
          <w:sz w:val="24"/>
          <w:szCs w:val="24"/>
        </w:rPr>
        <w:t xml:space="preserve"> </w:t>
      </w:r>
      <w:proofErr w:type="spellStart"/>
      <w:r w:rsidRPr="000B2B11">
        <w:rPr>
          <w:color w:val="17365D" w:themeColor="text2" w:themeShade="BF"/>
          <w:sz w:val="24"/>
          <w:szCs w:val="24"/>
        </w:rPr>
        <w:t>元気創造部</w:t>
      </w:r>
      <w:proofErr w:type="spellEnd"/>
    </w:p>
    <w:p w14:paraId="7FD8A55A" w14:textId="77777777" w:rsidR="00085F40" w:rsidRPr="000B2B11" w:rsidRDefault="00211BD2">
      <w:pPr>
        <w:pStyle w:val="a0"/>
        <w:rPr>
          <w:color w:val="17365D" w:themeColor="text2" w:themeShade="BF"/>
          <w:sz w:val="24"/>
          <w:szCs w:val="24"/>
          <w:lang w:eastAsia="ja-JP"/>
        </w:rPr>
      </w:pPr>
      <w:r w:rsidRPr="000B2B11">
        <w:rPr>
          <w:color w:val="17365D" w:themeColor="text2" w:themeShade="BF"/>
          <w:sz w:val="24"/>
          <w:szCs w:val="24"/>
          <w:lang w:eastAsia="ja-JP"/>
        </w:rPr>
        <w:t>対象：創業予定者、創業後概ね</w:t>
      </w:r>
      <w:r w:rsidRPr="000B2B11">
        <w:rPr>
          <w:color w:val="17365D" w:themeColor="text2" w:themeShade="BF"/>
          <w:sz w:val="24"/>
          <w:szCs w:val="24"/>
          <w:lang w:eastAsia="ja-JP"/>
        </w:rPr>
        <w:t>5</w:t>
      </w:r>
      <w:r w:rsidRPr="000B2B11">
        <w:rPr>
          <w:color w:val="17365D" w:themeColor="text2" w:themeShade="BF"/>
          <w:sz w:val="24"/>
          <w:szCs w:val="24"/>
          <w:lang w:eastAsia="ja-JP"/>
        </w:rPr>
        <w:t>年以内の事業者、地域おこし協力隊員、商工会青年部員</w:t>
      </w:r>
    </w:p>
    <w:p w14:paraId="120598B4" w14:textId="77777777" w:rsidR="000B1F09" w:rsidRDefault="000B1F09">
      <w:pPr>
        <w:pStyle w:val="21"/>
        <w:rPr>
          <w:color w:val="auto"/>
          <w:lang w:eastAsia="ja-JP"/>
        </w:rPr>
      </w:pPr>
    </w:p>
    <w:p w14:paraId="354C6FFF" w14:textId="0D2CFD7F" w:rsidR="00085F40" w:rsidRPr="008E5D52" w:rsidRDefault="00211BD2">
      <w:pPr>
        <w:pStyle w:val="21"/>
        <w:rPr>
          <w:color w:val="auto"/>
        </w:rPr>
      </w:pPr>
      <w:proofErr w:type="spellStart"/>
      <w:r w:rsidRPr="008E5D52">
        <w:rPr>
          <w:color w:val="auto"/>
        </w:rPr>
        <w:t>プログラム</w:t>
      </w:r>
      <w:proofErr w:type="spellEnd"/>
    </w:p>
    <w:p w14:paraId="50715EAE" w14:textId="6D7925C6" w:rsidR="00085F40" w:rsidRPr="000B2B11" w:rsidRDefault="00211BD2">
      <w:pPr>
        <w:pStyle w:val="a"/>
        <w:rPr>
          <w:color w:val="17365D" w:themeColor="text2" w:themeShade="BF"/>
          <w:sz w:val="24"/>
          <w:szCs w:val="24"/>
          <w:lang w:eastAsia="ja-JP"/>
        </w:rPr>
      </w:pPr>
      <w:r w:rsidRPr="000B2B11">
        <w:rPr>
          <w:color w:val="17365D" w:themeColor="text2" w:themeShade="BF"/>
          <w:sz w:val="24"/>
          <w:szCs w:val="24"/>
          <w:lang w:eastAsia="ja-JP"/>
        </w:rPr>
        <w:t>事業計画の重要性と作成のポイント</w:t>
      </w:r>
      <w:r w:rsidR="00A37970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 xml:space="preserve">　</w:t>
      </w:r>
      <w:r w:rsidR="008E5D52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（</w:t>
      </w:r>
      <w:r w:rsidR="00A37970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三島信用金庫元気創造部</w:t>
      </w:r>
      <w:r w:rsidR="008E5D52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）</w:t>
      </w:r>
    </w:p>
    <w:p w14:paraId="284A1945" w14:textId="60EF02C6" w:rsidR="00085F40" w:rsidRPr="000B2B11" w:rsidRDefault="00211BD2">
      <w:pPr>
        <w:pStyle w:val="a"/>
        <w:rPr>
          <w:color w:val="17365D" w:themeColor="text2" w:themeShade="BF"/>
          <w:sz w:val="24"/>
          <w:szCs w:val="24"/>
          <w:lang w:eastAsia="ja-JP"/>
        </w:rPr>
      </w:pPr>
      <w:r w:rsidRPr="000B2B11">
        <w:rPr>
          <w:color w:val="17365D" w:themeColor="text2" w:themeShade="BF"/>
          <w:sz w:val="24"/>
          <w:szCs w:val="24"/>
          <w:lang w:eastAsia="ja-JP"/>
        </w:rPr>
        <w:t>先輩経営者の事例</w:t>
      </w:r>
    </w:p>
    <w:p w14:paraId="39B7C3D4" w14:textId="5FC1A844" w:rsidR="00A645AD" w:rsidRPr="000B2B11" w:rsidRDefault="00A645AD">
      <w:pPr>
        <w:pStyle w:val="a"/>
        <w:rPr>
          <w:color w:val="17365D" w:themeColor="text2" w:themeShade="BF"/>
          <w:sz w:val="24"/>
          <w:szCs w:val="24"/>
          <w:lang w:eastAsia="ja-JP"/>
        </w:rPr>
      </w:pPr>
      <w:r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>グループワーク</w:t>
      </w:r>
    </w:p>
    <w:p w14:paraId="3DB840A9" w14:textId="21E8EEB3" w:rsidR="00085F40" w:rsidRPr="000B2B11" w:rsidRDefault="00211BD2">
      <w:pPr>
        <w:pStyle w:val="a"/>
        <w:rPr>
          <w:color w:val="17365D" w:themeColor="text2" w:themeShade="BF"/>
          <w:sz w:val="24"/>
          <w:szCs w:val="24"/>
          <w:lang w:eastAsia="ja-JP"/>
        </w:rPr>
      </w:pPr>
      <w:r w:rsidRPr="000B2B11">
        <w:rPr>
          <w:color w:val="17365D" w:themeColor="text2" w:themeShade="BF"/>
          <w:sz w:val="24"/>
          <w:szCs w:val="24"/>
          <w:lang w:eastAsia="ja-JP"/>
        </w:rPr>
        <w:t>交流会</w:t>
      </w:r>
      <w:r w:rsidR="000B1F09" w:rsidRPr="000B2B11">
        <w:rPr>
          <w:rFonts w:hint="eastAsia"/>
          <w:color w:val="17365D" w:themeColor="text2" w:themeShade="BF"/>
          <w:sz w:val="24"/>
          <w:szCs w:val="24"/>
          <w:lang w:eastAsia="ja-JP"/>
        </w:rPr>
        <w:t xml:space="preserve">　</w:t>
      </w:r>
      <w:r w:rsidR="000B1F09" w:rsidRPr="000B2B11">
        <w:rPr>
          <w:rFonts w:hint="eastAsia"/>
          <w:color w:val="17365D" w:themeColor="text2" w:themeShade="BF"/>
          <w:sz w:val="20"/>
          <w:szCs w:val="20"/>
          <w:lang w:eastAsia="ja-JP"/>
        </w:rPr>
        <w:t>☆名刺やショップカードなどがあったらお持ち下さい。</w:t>
      </w:r>
    </w:p>
    <w:p w14:paraId="60957001" w14:textId="77777777" w:rsidR="00085F40" w:rsidRPr="000B2B11" w:rsidRDefault="00211BD2">
      <w:pPr>
        <w:rPr>
          <w:color w:val="17365D" w:themeColor="text2" w:themeShade="BF"/>
          <w:lang w:eastAsia="ja-JP"/>
        </w:rPr>
      </w:pPr>
      <w:r w:rsidRPr="000B2B11">
        <w:rPr>
          <w:color w:val="17365D" w:themeColor="text2" w:themeShade="BF"/>
          <w:lang w:eastAsia="ja-JP"/>
        </w:rPr>
        <w:t>🤝</w:t>
      </w:r>
      <w:r w:rsidRPr="000B2B11">
        <w:rPr>
          <w:color w:val="17365D" w:themeColor="text2" w:themeShade="BF"/>
          <w:lang w:eastAsia="ja-JP"/>
        </w:rPr>
        <w:t xml:space="preserve"> </w:t>
      </w:r>
      <w:r w:rsidRPr="000B2B11">
        <w:rPr>
          <w:color w:val="17365D" w:themeColor="text2" w:themeShade="BF"/>
          <w:lang w:eastAsia="ja-JP"/>
        </w:rPr>
        <w:t>気軽に参加し、仲間づくりや情報交換を楽しみましょう！</w:t>
      </w:r>
    </w:p>
    <w:p w14:paraId="0B31F088" w14:textId="77777777" w:rsidR="000B1F09" w:rsidRDefault="000B1F09" w:rsidP="009619B4">
      <w:pPr>
        <w:ind w:left="880" w:hangingChars="400" w:hanging="880"/>
        <w:rPr>
          <w:lang w:eastAsia="ja-JP"/>
        </w:rPr>
      </w:pPr>
    </w:p>
    <w:p w14:paraId="2929C9E2" w14:textId="3C7341AD" w:rsidR="009619B4" w:rsidRDefault="000B1F09" w:rsidP="009619B4">
      <w:pPr>
        <w:ind w:left="960" w:hangingChars="400" w:hanging="960"/>
        <w:rPr>
          <w:lang w:eastAsia="ja-JP"/>
        </w:rPr>
      </w:pPr>
      <w:r>
        <w:rPr>
          <w:rFonts w:hint="eastAsia"/>
          <w:sz w:val="24"/>
          <w:szCs w:val="24"/>
          <w:lang w:eastAsia="ja-JP"/>
        </w:rPr>
        <w:t>お</w:t>
      </w:r>
      <w:r w:rsidR="009619B4" w:rsidRPr="000B1F09">
        <w:rPr>
          <w:rFonts w:hint="eastAsia"/>
          <w:sz w:val="24"/>
          <w:szCs w:val="24"/>
          <w:lang w:eastAsia="ja-JP"/>
        </w:rPr>
        <w:t>申込み</w:t>
      </w:r>
      <w:r w:rsidR="009619B4">
        <w:rPr>
          <w:rFonts w:hint="eastAsia"/>
          <w:lang w:eastAsia="ja-JP"/>
        </w:rPr>
        <w:t xml:space="preserve">　</w:t>
      </w:r>
      <w:r w:rsidR="009619B4" w:rsidRPr="000B2B11">
        <w:rPr>
          <w:rFonts w:hint="eastAsia"/>
          <w:color w:val="17365D" w:themeColor="text2" w:themeShade="BF"/>
          <w:lang w:eastAsia="ja-JP"/>
        </w:rPr>
        <w:t>裏面の申込書に必要事項を記入し西伊豆町商工会・松崎町商工会・三島信用金庫のいずれかに提出して下さい。</w:t>
      </w:r>
    </w:p>
    <w:p w14:paraId="5FF6C3AF" w14:textId="753C6634" w:rsidR="00085F40" w:rsidRPr="000B2B11" w:rsidRDefault="00211BD2">
      <w:pPr>
        <w:rPr>
          <w:color w:val="17365D" w:themeColor="text2" w:themeShade="BF"/>
          <w:sz w:val="24"/>
          <w:szCs w:val="24"/>
          <w:lang w:eastAsia="ja-JP"/>
        </w:rPr>
      </w:pPr>
      <w:r w:rsidRPr="009619B4">
        <w:rPr>
          <w:sz w:val="24"/>
          <w:szCs w:val="24"/>
          <w:lang w:eastAsia="ja-JP"/>
        </w:rPr>
        <w:t>申込</w:t>
      </w:r>
      <w:proofErr w:type="gramStart"/>
      <w:r w:rsidRPr="009619B4">
        <w:rPr>
          <w:sz w:val="24"/>
          <w:szCs w:val="24"/>
          <w:lang w:eastAsia="ja-JP"/>
        </w:rPr>
        <w:t>締切</w:t>
      </w:r>
      <w:proofErr w:type="gramEnd"/>
      <w:r w:rsidRPr="009619B4">
        <w:rPr>
          <w:sz w:val="24"/>
          <w:szCs w:val="24"/>
          <w:lang w:eastAsia="ja-JP"/>
        </w:rPr>
        <w:t>：</w:t>
      </w:r>
      <w:r w:rsidRPr="000B2B11">
        <w:rPr>
          <w:rFonts w:ascii="HGS創英角ﾎﾟｯﾌﾟ体" w:eastAsia="HGS創英角ﾎﾟｯﾌﾟ体" w:hAnsi="HGS創英角ﾎﾟｯﾌﾟ体"/>
          <w:color w:val="17365D" w:themeColor="text2" w:themeShade="BF"/>
          <w:sz w:val="24"/>
          <w:szCs w:val="24"/>
          <w:u w:val="single"/>
          <w:lang w:eastAsia="ja-JP"/>
        </w:rPr>
        <w:t>9</w:t>
      </w:r>
      <w:r w:rsidRPr="000B2B11">
        <w:rPr>
          <w:rFonts w:ascii="HGS創英角ﾎﾟｯﾌﾟ体" w:eastAsia="HGS創英角ﾎﾟｯﾌﾟ体" w:hAnsi="HGS創英角ﾎﾟｯﾌﾟ体"/>
          <w:color w:val="17365D" w:themeColor="text2" w:themeShade="BF"/>
          <w:sz w:val="24"/>
          <w:szCs w:val="24"/>
          <w:u w:val="single"/>
          <w:lang w:eastAsia="ja-JP"/>
        </w:rPr>
        <w:t>月</w:t>
      </w:r>
      <w:r w:rsidRPr="000B2B11">
        <w:rPr>
          <w:rFonts w:ascii="HGS創英角ﾎﾟｯﾌﾟ体" w:eastAsia="HGS創英角ﾎﾟｯﾌﾟ体" w:hAnsi="HGS創英角ﾎﾟｯﾌﾟ体"/>
          <w:color w:val="17365D" w:themeColor="text2" w:themeShade="BF"/>
          <w:sz w:val="24"/>
          <w:szCs w:val="24"/>
          <w:u w:val="single"/>
          <w:lang w:eastAsia="ja-JP"/>
        </w:rPr>
        <w:t>30</w:t>
      </w:r>
      <w:r w:rsidRPr="000B2B11">
        <w:rPr>
          <w:rFonts w:ascii="HGS創英角ﾎﾟｯﾌﾟ体" w:eastAsia="HGS創英角ﾎﾟｯﾌﾟ体" w:hAnsi="HGS創英角ﾎﾟｯﾌﾟ体"/>
          <w:color w:val="17365D" w:themeColor="text2" w:themeShade="BF"/>
          <w:sz w:val="24"/>
          <w:szCs w:val="24"/>
          <w:u w:val="single"/>
          <w:lang w:eastAsia="ja-JP"/>
        </w:rPr>
        <w:t>日</w:t>
      </w:r>
      <w:r w:rsidR="009619B4" w:rsidRPr="000B2B11">
        <w:rPr>
          <w:rFonts w:ascii="HGS創英角ﾎﾟｯﾌﾟ体" w:eastAsia="HGS創英角ﾎﾟｯﾌﾟ体" w:hAnsi="HGS創英角ﾎﾟｯﾌﾟ体" w:hint="eastAsia"/>
          <w:color w:val="17365D" w:themeColor="text2" w:themeShade="BF"/>
          <w:sz w:val="24"/>
          <w:szCs w:val="24"/>
          <w:u w:val="single"/>
          <w:lang w:eastAsia="ja-JP"/>
        </w:rPr>
        <w:t>（水）</w:t>
      </w:r>
    </w:p>
    <w:p w14:paraId="27EE5FBC" w14:textId="4AE60436" w:rsidR="009619B4" w:rsidRPr="008E5D52" w:rsidRDefault="009619B4">
      <w:pPr>
        <w:rPr>
          <w:lang w:eastAsia="ja-JP"/>
        </w:rPr>
      </w:pPr>
    </w:p>
    <w:p w14:paraId="18BDEAF1" w14:textId="77777777" w:rsidR="00085F40" w:rsidRPr="008E5D52" w:rsidRDefault="00211BD2">
      <w:pPr>
        <w:pStyle w:val="21"/>
        <w:rPr>
          <w:color w:val="auto"/>
          <w:lang w:eastAsia="ja-JP"/>
        </w:rPr>
      </w:pPr>
      <w:r w:rsidRPr="008E5D52">
        <w:rPr>
          <w:color w:val="auto"/>
          <w:lang w:eastAsia="ja-JP"/>
        </w:rPr>
        <w:t>主催・協力</w:t>
      </w:r>
    </w:p>
    <w:p w14:paraId="48EAD546" w14:textId="5E596964" w:rsidR="00085F40" w:rsidRPr="000B2B11" w:rsidRDefault="00211BD2">
      <w:pPr>
        <w:rPr>
          <w:color w:val="17365D" w:themeColor="text2" w:themeShade="BF"/>
          <w:lang w:eastAsia="ja-JP"/>
        </w:rPr>
      </w:pPr>
      <w:r w:rsidRPr="000B2B11">
        <w:rPr>
          <w:color w:val="17365D" w:themeColor="text2" w:themeShade="BF"/>
          <w:lang w:eastAsia="ja-JP"/>
        </w:rPr>
        <w:t>【主催】西伊豆町商工会・松崎町商工会</w:t>
      </w:r>
      <w:r w:rsidR="00834EFF" w:rsidRPr="000B2B11">
        <w:rPr>
          <w:rFonts w:hint="eastAsia"/>
          <w:color w:val="17365D" w:themeColor="text2" w:themeShade="BF"/>
          <w:lang w:eastAsia="ja-JP"/>
        </w:rPr>
        <w:t>・三島信用金庫</w:t>
      </w:r>
    </w:p>
    <w:p w14:paraId="7404C155" w14:textId="577C3006" w:rsidR="00085F40" w:rsidRPr="000B2B11" w:rsidRDefault="00211BD2">
      <w:pPr>
        <w:rPr>
          <w:color w:val="17365D" w:themeColor="text2" w:themeShade="BF"/>
          <w:lang w:eastAsia="ja-JP"/>
        </w:rPr>
      </w:pPr>
      <w:r w:rsidRPr="000B2B11">
        <w:rPr>
          <w:color w:val="17365D" w:themeColor="text2" w:themeShade="BF"/>
          <w:lang w:eastAsia="ja-JP"/>
        </w:rPr>
        <w:t>【</w:t>
      </w:r>
      <w:r w:rsidR="00834EFF" w:rsidRPr="000B2B11">
        <w:rPr>
          <w:rFonts w:hint="eastAsia"/>
          <w:color w:val="17365D" w:themeColor="text2" w:themeShade="BF"/>
          <w:lang w:eastAsia="ja-JP"/>
        </w:rPr>
        <w:t>後援</w:t>
      </w:r>
      <w:r w:rsidRPr="000B2B11">
        <w:rPr>
          <w:color w:val="17365D" w:themeColor="text2" w:themeShade="BF"/>
          <w:lang w:eastAsia="ja-JP"/>
        </w:rPr>
        <w:t>】西伊豆町・松崎町</w:t>
      </w:r>
    </w:p>
    <w:p w14:paraId="1108C288" w14:textId="2A97B4D1" w:rsidR="009619B4" w:rsidRPr="009619B4" w:rsidRDefault="009619B4" w:rsidP="009619B4">
      <w:pPr>
        <w:pStyle w:val="1"/>
        <w:jc w:val="center"/>
        <w:rPr>
          <w:rFonts w:asciiTheme="minorEastAsia" w:eastAsiaTheme="minorEastAsia" w:hAnsiTheme="minorEastAsia"/>
          <w:b w:val="0"/>
          <w:bCs w:val="0"/>
          <w:color w:val="auto"/>
          <w:sz w:val="32"/>
          <w:szCs w:val="32"/>
          <w:lang w:eastAsia="ja-JP"/>
        </w:rPr>
      </w:pPr>
      <w:r w:rsidRPr="009619B4">
        <w:rPr>
          <w:rFonts w:asciiTheme="minorEastAsia" w:eastAsiaTheme="minorEastAsia" w:hAnsiTheme="minorEastAsia"/>
          <w:b w:val="0"/>
          <w:bCs w:val="0"/>
          <w:color w:val="auto"/>
          <w:sz w:val="32"/>
          <w:szCs w:val="32"/>
          <w:lang w:eastAsia="ja-JP"/>
        </w:rPr>
        <w:lastRenderedPageBreak/>
        <w:t>事業計画作成セミナー＆交流会</w:t>
      </w:r>
    </w:p>
    <w:p w14:paraId="5191283F" w14:textId="0A4E88E8" w:rsidR="009619B4" w:rsidRPr="009619B4" w:rsidRDefault="009619B4" w:rsidP="009619B4">
      <w:pPr>
        <w:jc w:val="center"/>
        <w:rPr>
          <w:sz w:val="36"/>
          <w:szCs w:val="36"/>
          <w:lang w:eastAsia="ja-JP"/>
        </w:rPr>
      </w:pPr>
      <w:r w:rsidRPr="009619B4">
        <w:rPr>
          <w:rFonts w:hint="eastAsia"/>
          <w:sz w:val="36"/>
          <w:szCs w:val="36"/>
          <w:lang w:eastAsia="ja-JP"/>
        </w:rPr>
        <w:t>参加申込書</w:t>
      </w:r>
    </w:p>
    <w:p w14:paraId="1150E515" w14:textId="77777777" w:rsidR="009619B4" w:rsidRDefault="009619B4">
      <w:pPr>
        <w:rPr>
          <w:lang w:eastAsia="ja-JP"/>
        </w:rPr>
      </w:pP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9619B4" w14:paraId="416DE533" w14:textId="77777777" w:rsidTr="000B1F09">
        <w:tc>
          <w:tcPr>
            <w:tcW w:w="2552" w:type="dxa"/>
          </w:tcPr>
          <w:p w14:paraId="3DF7A268" w14:textId="77777777" w:rsidR="000B1F09" w:rsidRDefault="000B1F09" w:rsidP="009619B4">
            <w:pPr>
              <w:jc w:val="center"/>
              <w:rPr>
                <w:sz w:val="24"/>
                <w:szCs w:val="24"/>
                <w:lang w:eastAsia="ja-JP"/>
              </w:rPr>
            </w:pPr>
          </w:p>
          <w:p w14:paraId="155516CD" w14:textId="4C824E03" w:rsidR="009619B4" w:rsidRDefault="009619B4" w:rsidP="009619B4">
            <w:pPr>
              <w:jc w:val="center"/>
              <w:rPr>
                <w:sz w:val="24"/>
                <w:szCs w:val="24"/>
                <w:lang w:eastAsia="ja-JP"/>
              </w:rPr>
            </w:pPr>
            <w:r w:rsidRPr="009619B4">
              <w:rPr>
                <w:rFonts w:hint="eastAsia"/>
                <w:sz w:val="24"/>
                <w:szCs w:val="24"/>
                <w:lang w:eastAsia="ja-JP"/>
              </w:rPr>
              <w:t>住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9619B4">
              <w:rPr>
                <w:rFonts w:hint="eastAsia"/>
                <w:sz w:val="24"/>
                <w:szCs w:val="24"/>
                <w:lang w:eastAsia="ja-JP"/>
              </w:rPr>
              <w:t>所</w:t>
            </w:r>
          </w:p>
          <w:p w14:paraId="5D310924" w14:textId="261689EE" w:rsidR="009619B4" w:rsidRPr="009619B4" w:rsidRDefault="009619B4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14:paraId="3D38856B" w14:textId="77777777" w:rsidR="009619B4" w:rsidRDefault="009619B4">
            <w:pPr>
              <w:rPr>
                <w:lang w:eastAsia="ja-JP"/>
              </w:rPr>
            </w:pPr>
          </w:p>
        </w:tc>
      </w:tr>
      <w:tr w:rsidR="009619B4" w14:paraId="7C3CDD48" w14:textId="77777777" w:rsidTr="000B1F09">
        <w:tc>
          <w:tcPr>
            <w:tcW w:w="2552" w:type="dxa"/>
          </w:tcPr>
          <w:p w14:paraId="1C142954" w14:textId="77777777" w:rsidR="000B1F09" w:rsidRDefault="000B1F09" w:rsidP="009619B4">
            <w:pPr>
              <w:jc w:val="center"/>
              <w:rPr>
                <w:sz w:val="24"/>
                <w:szCs w:val="24"/>
                <w:lang w:eastAsia="ja-JP"/>
              </w:rPr>
            </w:pPr>
          </w:p>
          <w:p w14:paraId="3779F91C" w14:textId="324855E6" w:rsidR="009619B4" w:rsidRPr="009619B4" w:rsidRDefault="009619B4" w:rsidP="009619B4">
            <w:pPr>
              <w:jc w:val="center"/>
              <w:rPr>
                <w:sz w:val="24"/>
                <w:szCs w:val="24"/>
                <w:lang w:eastAsia="ja-JP"/>
              </w:rPr>
            </w:pPr>
            <w:r w:rsidRPr="009619B4">
              <w:rPr>
                <w:rFonts w:hint="eastAsia"/>
                <w:sz w:val="24"/>
                <w:szCs w:val="24"/>
                <w:lang w:eastAsia="ja-JP"/>
              </w:rPr>
              <w:t>氏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9619B4">
              <w:rPr>
                <w:rFonts w:hint="eastAsia"/>
                <w:sz w:val="24"/>
                <w:szCs w:val="24"/>
                <w:lang w:eastAsia="ja-JP"/>
              </w:rPr>
              <w:t>名</w:t>
            </w:r>
          </w:p>
          <w:p w14:paraId="2FFEAB3F" w14:textId="2F96A9F0" w:rsidR="009619B4" w:rsidRPr="009619B4" w:rsidRDefault="009619B4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14:paraId="57FC61EF" w14:textId="77777777" w:rsidR="009619B4" w:rsidRDefault="009619B4">
            <w:pPr>
              <w:rPr>
                <w:lang w:eastAsia="ja-JP"/>
              </w:rPr>
            </w:pPr>
          </w:p>
        </w:tc>
      </w:tr>
      <w:tr w:rsidR="009619B4" w14:paraId="7E946B58" w14:textId="77777777" w:rsidTr="000B1F09">
        <w:tc>
          <w:tcPr>
            <w:tcW w:w="2552" w:type="dxa"/>
          </w:tcPr>
          <w:p w14:paraId="563E6227" w14:textId="77777777" w:rsidR="000B1F09" w:rsidRDefault="000B1F09" w:rsidP="009619B4">
            <w:pPr>
              <w:jc w:val="center"/>
              <w:rPr>
                <w:sz w:val="24"/>
                <w:szCs w:val="24"/>
                <w:lang w:eastAsia="ja-JP"/>
              </w:rPr>
            </w:pPr>
          </w:p>
          <w:p w14:paraId="67F95488" w14:textId="7B8C73AB" w:rsidR="009619B4" w:rsidRDefault="009619B4" w:rsidP="009619B4">
            <w:pPr>
              <w:jc w:val="center"/>
              <w:rPr>
                <w:sz w:val="24"/>
                <w:szCs w:val="24"/>
                <w:lang w:eastAsia="ja-JP"/>
              </w:rPr>
            </w:pPr>
            <w:r w:rsidRPr="009619B4">
              <w:rPr>
                <w:rFonts w:hint="eastAsia"/>
                <w:sz w:val="24"/>
                <w:szCs w:val="24"/>
                <w:lang w:eastAsia="ja-JP"/>
              </w:rPr>
              <w:t>電話番号</w:t>
            </w:r>
          </w:p>
          <w:p w14:paraId="46020725" w14:textId="3703156B" w:rsidR="009619B4" w:rsidRPr="009619B4" w:rsidRDefault="009619B4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14:paraId="56D8F72C" w14:textId="77777777" w:rsidR="009619B4" w:rsidRDefault="009619B4">
            <w:pPr>
              <w:rPr>
                <w:lang w:eastAsia="ja-JP"/>
              </w:rPr>
            </w:pPr>
          </w:p>
        </w:tc>
      </w:tr>
      <w:tr w:rsidR="009619B4" w14:paraId="5B1A0D7C" w14:textId="77777777" w:rsidTr="000B1F09">
        <w:tc>
          <w:tcPr>
            <w:tcW w:w="2552" w:type="dxa"/>
          </w:tcPr>
          <w:p w14:paraId="43ADBF30" w14:textId="77777777" w:rsidR="000B1F09" w:rsidRDefault="000B1F09" w:rsidP="009619B4">
            <w:pPr>
              <w:ind w:firstLineChars="300" w:firstLine="720"/>
              <w:rPr>
                <w:sz w:val="24"/>
                <w:szCs w:val="24"/>
                <w:lang w:eastAsia="ja-JP"/>
              </w:rPr>
            </w:pPr>
          </w:p>
          <w:p w14:paraId="6B14CF50" w14:textId="6FAFBB34" w:rsidR="009619B4" w:rsidRDefault="009619B4" w:rsidP="009619B4">
            <w:pPr>
              <w:ind w:firstLineChars="300" w:firstLine="720"/>
              <w:rPr>
                <w:sz w:val="24"/>
                <w:szCs w:val="24"/>
                <w:lang w:eastAsia="ja-JP"/>
              </w:rPr>
            </w:pPr>
            <w:r w:rsidRPr="009619B4">
              <w:rPr>
                <w:rFonts w:hint="eastAsia"/>
                <w:sz w:val="24"/>
                <w:szCs w:val="24"/>
                <w:lang w:eastAsia="ja-JP"/>
              </w:rPr>
              <w:t>属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9619B4">
              <w:rPr>
                <w:rFonts w:hint="eastAsia"/>
                <w:sz w:val="24"/>
                <w:szCs w:val="24"/>
                <w:lang w:eastAsia="ja-JP"/>
              </w:rPr>
              <w:t>性</w:t>
            </w:r>
          </w:p>
          <w:p w14:paraId="1EE6FFAA" w14:textId="7A8C1529" w:rsidR="009619B4" w:rsidRPr="000B1F09" w:rsidRDefault="009619B4" w:rsidP="000B1F09">
            <w:pPr>
              <w:jc w:val="center"/>
              <w:rPr>
                <w:sz w:val="20"/>
                <w:szCs w:val="20"/>
                <w:lang w:eastAsia="ja-JP"/>
              </w:rPr>
            </w:pPr>
            <w:r w:rsidRPr="000B1F09">
              <w:rPr>
                <w:rFonts w:hint="eastAsia"/>
                <w:sz w:val="20"/>
                <w:szCs w:val="20"/>
                <w:lang w:eastAsia="ja-JP"/>
              </w:rPr>
              <w:t>（〇をつけて下さい）</w:t>
            </w:r>
          </w:p>
        </w:tc>
        <w:tc>
          <w:tcPr>
            <w:tcW w:w="6520" w:type="dxa"/>
          </w:tcPr>
          <w:p w14:paraId="77AB137A" w14:textId="77777777" w:rsidR="009619B4" w:rsidRDefault="009619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①創業予定者</w:t>
            </w:r>
          </w:p>
          <w:p w14:paraId="092975AA" w14:textId="77777777" w:rsidR="009619B4" w:rsidRDefault="009619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①創業</w:t>
            </w:r>
            <w:r>
              <w:rPr>
                <w:rFonts w:hint="eastAsia"/>
                <w:lang w:eastAsia="ja-JP"/>
              </w:rPr>
              <w:t>5</w:t>
            </w:r>
            <w:r>
              <w:rPr>
                <w:rFonts w:hint="eastAsia"/>
                <w:lang w:eastAsia="ja-JP"/>
              </w:rPr>
              <w:t>年未満</w:t>
            </w:r>
          </w:p>
          <w:p w14:paraId="2207C31A" w14:textId="77777777" w:rsidR="009619B4" w:rsidRDefault="009619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③地域おこし協力隊員</w:t>
            </w:r>
          </w:p>
          <w:p w14:paraId="606B0DE9" w14:textId="77777777" w:rsidR="009619B4" w:rsidRDefault="009619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④商工会青年部員</w:t>
            </w:r>
          </w:p>
          <w:p w14:paraId="1EEAD76E" w14:textId="655506CD" w:rsidR="009619B4" w:rsidRDefault="009619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⑤その他</w:t>
            </w:r>
          </w:p>
        </w:tc>
      </w:tr>
    </w:tbl>
    <w:p w14:paraId="782A44A2" w14:textId="1E49B5CF" w:rsidR="009619B4" w:rsidRDefault="009619B4">
      <w:pPr>
        <w:rPr>
          <w:lang w:eastAsia="ja-JP"/>
        </w:rPr>
      </w:pPr>
    </w:p>
    <w:p w14:paraId="33C49CCB" w14:textId="3DB27090" w:rsidR="009619B4" w:rsidRPr="000B1F09" w:rsidRDefault="000B1F09" w:rsidP="000B1F09">
      <w:pPr>
        <w:jc w:val="center"/>
        <w:rPr>
          <w:sz w:val="28"/>
          <w:szCs w:val="28"/>
          <w:lang w:eastAsia="ja-JP"/>
        </w:rPr>
      </w:pPr>
      <w:r w:rsidRPr="000B1F09">
        <w:rPr>
          <w:rFonts w:hint="eastAsia"/>
          <w:sz w:val="28"/>
          <w:szCs w:val="28"/>
          <w:lang w:eastAsia="ja-JP"/>
        </w:rPr>
        <w:t>★</w:t>
      </w:r>
      <w:r w:rsidR="009619B4" w:rsidRPr="000B1F09">
        <w:rPr>
          <w:rFonts w:hint="eastAsia"/>
          <w:sz w:val="28"/>
          <w:szCs w:val="28"/>
          <w:lang w:eastAsia="ja-JP"/>
        </w:rPr>
        <w:t>9</w:t>
      </w:r>
      <w:r w:rsidR="009619B4" w:rsidRPr="000B1F09">
        <w:rPr>
          <w:rFonts w:hint="eastAsia"/>
          <w:sz w:val="28"/>
          <w:szCs w:val="28"/>
          <w:lang w:eastAsia="ja-JP"/>
        </w:rPr>
        <w:t>月</w:t>
      </w:r>
      <w:r w:rsidR="009619B4" w:rsidRPr="000B1F09">
        <w:rPr>
          <w:rFonts w:hint="eastAsia"/>
          <w:sz w:val="28"/>
          <w:szCs w:val="28"/>
          <w:lang w:eastAsia="ja-JP"/>
        </w:rPr>
        <w:t>30</w:t>
      </w:r>
      <w:r w:rsidR="009619B4" w:rsidRPr="000B1F09">
        <w:rPr>
          <w:rFonts w:hint="eastAsia"/>
          <w:sz w:val="28"/>
          <w:szCs w:val="28"/>
          <w:lang w:eastAsia="ja-JP"/>
        </w:rPr>
        <w:t>日</w:t>
      </w:r>
      <w:r>
        <w:rPr>
          <w:rFonts w:hint="eastAsia"/>
          <w:sz w:val="28"/>
          <w:szCs w:val="28"/>
          <w:lang w:eastAsia="ja-JP"/>
        </w:rPr>
        <w:t>(</w:t>
      </w:r>
      <w:r>
        <w:rPr>
          <w:rFonts w:hint="eastAsia"/>
          <w:sz w:val="28"/>
          <w:szCs w:val="28"/>
          <w:lang w:eastAsia="ja-JP"/>
        </w:rPr>
        <w:t>水</w:t>
      </w:r>
      <w:r>
        <w:rPr>
          <w:rFonts w:hint="eastAsia"/>
          <w:sz w:val="28"/>
          <w:szCs w:val="28"/>
          <w:lang w:eastAsia="ja-JP"/>
        </w:rPr>
        <w:t>)</w:t>
      </w:r>
      <w:r w:rsidR="009619B4" w:rsidRPr="000B1F09">
        <w:rPr>
          <w:rFonts w:hint="eastAsia"/>
          <w:sz w:val="28"/>
          <w:szCs w:val="28"/>
          <w:lang w:eastAsia="ja-JP"/>
        </w:rPr>
        <w:t>までに</w:t>
      </w:r>
      <w:r w:rsidRPr="000B1F09">
        <w:rPr>
          <w:rFonts w:hint="eastAsia"/>
          <w:sz w:val="28"/>
          <w:szCs w:val="28"/>
          <w:lang w:eastAsia="ja-JP"/>
        </w:rPr>
        <w:t>下記まで提出して下さい。</w:t>
      </w:r>
    </w:p>
    <w:p w14:paraId="4781F327" w14:textId="77777777" w:rsidR="000B1F09" w:rsidRDefault="000B1F09">
      <w:pPr>
        <w:rPr>
          <w:lang w:eastAsia="ja-JP"/>
        </w:rPr>
      </w:pPr>
    </w:p>
    <w:p w14:paraId="5DDC74C9" w14:textId="77777777" w:rsidR="000B1F09" w:rsidRDefault="000B1F09">
      <w:pPr>
        <w:rPr>
          <w:lang w:eastAsia="ja-JP"/>
        </w:rPr>
      </w:pPr>
    </w:p>
    <w:p w14:paraId="18C9BDE0" w14:textId="1F7EC872" w:rsidR="000B1F09" w:rsidRDefault="000B1F09">
      <w:pPr>
        <w:rPr>
          <w:lang w:eastAsia="ja-JP"/>
        </w:rPr>
      </w:pPr>
      <w:r>
        <w:rPr>
          <w:rFonts w:hint="eastAsia"/>
          <w:lang w:eastAsia="ja-JP"/>
        </w:rPr>
        <w:t>●西伊豆町商工会　℡</w:t>
      </w:r>
      <w:r>
        <w:rPr>
          <w:rFonts w:hint="eastAsia"/>
          <w:lang w:eastAsia="ja-JP"/>
        </w:rPr>
        <w:t>52-0270</w:t>
      </w:r>
    </w:p>
    <w:p w14:paraId="171529DA" w14:textId="01734C03" w:rsidR="000B1F09" w:rsidRPr="000B1F09" w:rsidRDefault="000B1F09">
      <w:pPr>
        <w:rPr>
          <w:lang w:eastAsia="ja-JP"/>
        </w:rPr>
      </w:pPr>
      <w:r>
        <w:rPr>
          <w:rFonts w:hint="eastAsia"/>
          <w:lang w:eastAsia="ja-JP"/>
        </w:rPr>
        <w:t>●松崎町商工会　　℡</w:t>
      </w:r>
      <w:r>
        <w:rPr>
          <w:rFonts w:hint="eastAsia"/>
          <w:lang w:eastAsia="ja-JP"/>
        </w:rPr>
        <w:t>42-0470</w:t>
      </w:r>
    </w:p>
    <w:p w14:paraId="51953A86" w14:textId="22CBF291" w:rsidR="009619B4" w:rsidRPr="008E5D52" w:rsidRDefault="000B1F09">
      <w:pPr>
        <w:rPr>
          <w:lang w:eastAsia="ja-JP"/>
        </w:rPr>
      </w:pPr>
      <w:r>
        <w:rPr>
          <w:rFonts w:hint="eastAsia"/>
          <w:lang w:eastAsia="ja-JP"/>
        </w:rPr>
        <w:t>●三島信用金庫松崎</w:t>
      </w:r>
      <w:r w:rsidR="00215D9D">
        <w:rPr>
          <w:rFonts w:hint="eastAsia"/>
          <w:lang w:eastAsia="ja-JP"/>
        </w:rPr>
        <w:t>支店・</w:t>
      </w:r>
      <w:r>
        <w:rPr>
          <w:rFonts w:hint="eastAsia"/>
          <w:lang w:eastAsia="ja-JP"/>
        </w:rPr>
        <w:t xml:space="preserve">西伊豆支店　</w:t>
      </w:r>
      <w:r w:rsidR="00215D9D">
        <w:rPr>
          <w:rFonts w:hint="eastAsia"/>
          <w:lang w:eastAsia="ja-JP"/>
        </w:rPr>
        <w:t>℡</w:t>
      </w:r>
      <w:r>
        <w:rPr>
          <w:rFonts w:hint="eastAsia"/>
          <w:lang w:eastAsia="ja-JP"/>
        </w:rPr>
        <w:t>42-0224</w:t>
      </w:r>
    </w:p>
    <w:sectPr w:rsidR="009619B4" w:rsidRPr="008E5D52" w:rsidSect="008E5D5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9595711">
    <w:abstractNumId w:val="8"/>
  </w:num>
  <w:num w:numId="2" w16cid:durableId="2067026790">
    <w:abstractNumId w:val="6"/>
  </w:num>
  <w:num w:numId="3" w16cid:durableId="975381374">
    <w:abstractNumId w:val="5"/>
  </w:num>
  <w:num w:numId="4" w16cid:durableId="1667249820">
    <w:abstractNumId w:val="4"/>
  </w:num>
  <w:num w:numId="5" w16cid:durableId="1269966149">
    <w:abstractNumId w:val="7"/>
  </w:num>
  <w:num w:numId="6" w16cid:durableId="1333340567">
    <w:abstractNumId w:val="3"/>
  </w:num>
  <w:num w:numId="7" w16cid:durableId="715396750">
    <w:abstractNumId w:val="2"/>
  </w:num>
  <w:num w:numId="8" w16cid:durableId="1927496597">
    <w:abstractNumId w:val="1"/>
  </w:num>
  <w:num w:numId="9" w16cid:durableId="161824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F40"/>
    <w:rsid w:val="000B1F09"/>
    <w:rsid w:val="000B2B11"/>
    <w:rsid w:val="0015074B"/>
    <w:rsid w:val="00181187"/>
    <w:rsid w:val="001E42EF"/>
    <w:rsid w:val="001F0DF4"/>
    <w:rsid w:val="00215D9D"/>
    <w:rsid w:val="0029639D"/>
    <w:rsid w:val="00326F90"/>
    <w:rsid w:val="00697DA7"/>
    <w:rsid w:val="007C1914"/>
    <w:rsid w:val="00834EFF"/>
    <w:rsid w:val="008E5D52"/>
    <w:rsid w:val="009119C8"/>
    <w:rsid w:val="009610B5"/>
    <w:rsid w:val="009619B4"/>
    <w:rsid w:val="00A37970"/>
    <w:rsid w:val="00A645AD"/>
    <w:rsid w:val="00AA1D8D"/>
    <w:rsid w:val="00B47730"/>
    <w:rsid w:val="00C258AF"/>
    <w:rsid w:val="00CB0664"/>
    <w:rsid w:val="00E91BA4"/>
    <w:rsid w:val="00F063F3"/>
    <w:rsid w:val="00F422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C19770"/>
  <w14:defaultImageDpi w14:val="300"/>
  <w15:docId w15:val="{5AFCE282-3B86-4E79-B9AF-FE6645C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caa8208-9f1c-4fba-ae4f-6379a6391f88" xsi:nil="true"/>
    <TaxCatchAll xmlns="e22ff870-9892-411d-b65e-46a9113f64d8" xsi:nil="true"/>
    <lcf76f155ced4ddcb4097134ff3c332f xmlns="2caa8208-9f1c-4fba-ae4f-6379a6391f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3791D4565DA346A0E6C70F4AA593CD" ma:contentTypeVersion="16" ma:contentTypeDescription="新しいドキュメントを作成します。" ma:contentTypeScope="" ma:versionID="21722796d875b3785e0ae3fdbba2738f">
  <xsd:schema xmlns:xsd="http://www.w3.org/2001/XMLSchema" xmlns:xs="http://www.w3.org/2001/XMLSchema" xmlns:p="http://schemas.microsoft.com/office/2006/metadata/properties" xmlns:ns2="2caa8208-9f1c-4fba-ae4f-6379a6391f88" xmlns:ns3="e22ff870-9892-411d-b65e-46a9113f64d8" targetNamespace="http://schemas.microsoft.com/office/2006/metadata/properties" ma:root="true" ma:fieldsID="ffaae355842a3d72aff55431123031d7" ns2:_="" ns3:_="">
    <xsd:import namespace="2caa8208-9f1c-4fba-ae4f-6379a6391f88"/>
    <xsd:import namespace="e22ff870-9892-411d-b65e-46a9113f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a8208-9f1c-4fba-ae4f-6379a6391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1629ffc-63a3-4b31-897c-d6aec462a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ff870-9892-411d-b65e-46a9113f64d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8e73570-f999-411a-9378-70a566b9b543}" ma:internalName="TaxCatchAll" ma:showField="CatchAllData" ma:web="e22ff870-9892-411d-b65e-46a9113f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5234E7-34AD-44E9-BD57-AFAB7DF1A85D}">
  <ds:schemaRefs>
    <ds:schemaRef ds:uri="http://schemas.microsoft.com/office/2006/metadata/properties"/>
    <ds:schemaRef ds:uri="http://schemas.microsoft.com/office/infopath/2007/PartnerControls"/>
    <ds:schemaRef ds:uri="2caa8208-9f1c-4fba-ae4f-6379a6391f88"/>
    <ds:schemaRef ds:uri="e22ff870-9892-411d-b65e-46a9113f64d8"/>
  </ds:schemaRefs>
</ds:datastoreItem>
</file>

<file path=customXml/itemProps3.xml><?xml version="1.0" encoding="utf-8"?>
<ds:datastoreItem xmlns:ds="http://schemas.openxmlformats.org/officeDocument/2006/customXml" ds:itemID="{F3E06A2D-939D-4B28-95CF-E9D9D077C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34CAE-C1DC-4836-B0F0-35C084F6D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a8208-9f1c-4fba-ae4f-6379a6391f88"/>
    <ds:schemaRef ds:uri="e22ff870-9892-411d-b65e-46a9113f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高橋 誠</cp:lastModifiedBy>
  <cp:revision>13</cp:revision>
  <cp:lastPrinted>2026-08-03T06:04:00Z</cp:lastPrinted>
  <dcterms:created xsi:type="dcterms:W3CDTF">2013-12-23T23:15:00Z</dcterms:created>
  <dcterms:modified xsi:type="dcterms:W3CDTF">2026-08-06T02:54:00Z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0x010100583791D4565DA346A0E6C70F4AA593CD</vt:lpwstr>
  </property>
  <property fmtid="{D5CDD505-2E9C-101B-9397-08002B2CF9AE}" pid="3" name="MediaServiceImageTags">
    <vt:lpwstr/>
  </property>
</Properties>
</file>